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8AB8E7" w14:textId="6D4F13BA" w:rsidR="00540884" w:rsidRDefault="003B0BD7">
      <w:pPr>
        <w:spacing w:after="20"/>
        <w:jc w:val="center"/>
      </w:pPr>
      <w:r>
        <w:rPr>
          <w:b/>
        </w:rPr>
        <w:t>Uraiújfalu</w:t>
      </w:r>
      <w:r w:rsidR="00000000">
        <w:rPr>
          <w:b/>
        </w:rPr>
        <w:t xml:space="preserve"> Község Polgármestere</w:t>
      </w:r>
    </w:p>
    <w:p w14:paraId="15E4669D" w14:textId="174EA702" w:rsidR="00540884" w:rsidRDefault="00000000">
      <w:pPr>
        <w:spacing w:after="20"/>
        <w:jc w:val="center"/>
      </w:pPr>
      <w:r>
        <w:rPr>
          <w:sz w:val="20"/>
        </w:rPr>
        <w:t>96</w:t>
      </w:r>
      <w:r w:rsidR="003B0BD7">
        <w:rPr>
          <w:sz w:val="20"/>
        </w:rPr>
        <w:t>51</w:t>
      </w:r>
      <w:r>
        <w:rPr>
          <w:sz w:val="20"/>
        </w:rPr>
        <w:t xml:space="preserve"> </w:t>
      </w:r>
      <w:r w:rsidR="003B0BD7">
        <w:rPr>
          <w:sz w:val="20"/>
        </w:rPr>
        <w:t>Uraiújfalu</w:t>
      </w:r>
      <w:r>
        <w:rPr>
          <w:sz w:val="20"/>
        </w:rPr>
        <w:t xml:space="preserve">, </w:t>
      </w:r>
      <w:r w:rsidR="003B0BD7">
        <w:rPr>
          <w:sz w:val="20"/>
        </w:rPr>
        <w:t>Szentivánfa</w:t>
      </w:r>
      <w:r>
        <w:rPr>
          <w:sz w:val="20"/>
        </w:rPr>
        <w:t xml:space="preserve"> u. </w:t>
      </w:r>
      <w:r w:rsidR="003B0BD7">
        <w:rPr>
          <w:sz w:val="20"/>
        </w:rPr>
        <w:t>46</w:t>
      </w:r>
      <w:r>
        <w:rPr>
          <w:sz w:val="20"/>
        </w:rPr>
        <w:t>.</w:t>
      </w:r>
    </w:p>
    <w:p w14:paraId="76414FB3" w14:textId="682AA051" w:rsidR="00540884" w:rsidRDefault="00000000">
      <w:pPr>
        <w:spacing w:after="20"/>
        <w:jc w:val="center"/>
      </w:pPr>
      <w:r>
        <w:rPr>
          <w:sz w:val="20"/>
        </w:rPr>
        <w:t>Tel.:95/34</w:t>
      </w:r>
      <w:r w:rsidR="003B0BD7">
        <w:rPr>
          <w:sz w:val="20"/>
        </w:rPr>
        <w:t>5</w:t>
      </w:r>
      <w:r>
        <w:rPr>
          <w:sz w:val="20"/>
        </w:rPr>
        <w:t>-</w:t>
      </w:r>
      <w:r w:rsidR="003B0BD7">
        <w:rPr>
          <w:sz w:val="20"/>
        </w:rPr>
        <w:t>122</w:t>
      </w:r>
    </w:p>
    <w:p w14:paraId="429B8ED9" w14:textId="77777777" w:rsidR="00540884" w:rsidRDefault="00000000">
      <w:pPr>
        <w:pStyle w:val="Cmsor1"/>
        <w:spacing w:before="240" w:after="240"/>
        <w:jc w:val="center"/>
      </w:pPr>
      <w:r>
        <w:rPr>
          <w:rFonts w:ascii="Times New Roman" w:eastAsia="Times New Roman" w:hAnsi="Times New Roman"/>
          <w:sz w:val="28"/>
        </w:rPr>
        <w:t>MEGHÍVÓ</w:t>
      </w:r>
    </w:p>
    <w:p w14:paraId="64C3E862" w14:textId="4625BEF1" w:rsidR="00540884" w:rsidRDefault="003B0BD7" w:rsidP="003B0BD7">
      <w:pPr>
        <w:spacing w:after="160"/>
        <w:jc w:val="both"/>
      </w:pPr>
      <w:r>
        <w:t>Uraiújfalu</w:t>
      </w:r>
      <w:r w:rsidR="00000000">
        <w:t xml:space="preserve"> Község</w:t>
      </w:r>
      <w:r>
        <w:t>i</w:t>
      </w:r>
      <w:r w:rsidR="00000000">
        <w:t xml:space="preserve"> Önkormányzat Képviselő-testülete </w:t>
      </w:r>
      <w:r w:rsidRPr="003B0BD7">
        <w:rPr>
          <w:b/>
          <w:bCs/>
          <w:u w:val="single"/>
        </w:rPr>
        <w:t>2026. szeptember 8-án (kedden)</w:t>
      </w:r>
      <w:r w:rsidR="00000000" w:rsidRPr="003B0BD7">
        <w:rPr>
          <w:b/>
          <w:bCs/>
          <w:u w:val="single"/>
        </w:rPr>
        <w:t xml:space="preserve"> </w:t>
      </w:r>
      <w:r w:rsidRPr="003B0BD7">
        <w:rPr>
          <w:b/>
          <w:bCs/>
          <w:u w:val="single"/>
        </w:rPr>
        <w:t>18.00</w:t>
      </w:r>
      <w:r w:rsidR="00000000" w:rsidRPr="003B0BD7">
        <w:rPr>
          <w:b/>
          <w:bCs/>
          <w:u w:val="single"/>
        </w:rPr>
        <w:t xml:space="preserve"> órai kezdettel</w:t>
      </w:r>
      <w:r w:rsidR="00000000">
        <w:t xml:space="preserve"> képviselő-testületi ülést tart, melyre tisztelettel meghívom.</w:t>
      </w:r>
    </w:p>
    <w:p w14:paraId="4AB6D15E" w14:textId="29863E53" w:rsidR="00540884" w:rsidRDefault="00000000">
      <w:r w:rsidRPr="003B0BD7">
        <w:rPr>
          <w:b/>
          <w:bCs/>
        </w:rPr>
        <w:t>Az ülés helye</w:t>
      </w:r>
      <w:r>
        <w:t xml:space="preserve">: </w:t>
      </w:r>
      <w:r w:rsidR="003B0BD7" w:rsidRPr="003B0BD7">
        <w:rPr>
          <w:b/>
          <w:bCs/>
        </w:rPr>
        <w:t>az Uraiújfalui Közös Önkormányzati Hivatal tanácskozó terme</w:t>
      </w:r>
    </w:p>
    <w:p w14:paraId="628ACDDA" w14:textId="77777777" w:rsidR="00540884" w:rsidRDefault="00000000">
      <w:pPr>
        <w:pStyle w:val="Cmsor2"/>
      </w:pPr>
      <w:r>
        <w:rPr>
          <w:rFonts w:ascii="Times New Roman" w:eastAsia="Times New Roman" w:hAnsi="Times New Roman"/>
        </w:rPr>
        <w:t>A tervezett napirend:</w:t>
      </w:r>
    </w:p>
    <w:p w14:paraId="020801B6" w14:textId="1BC4E639" w:rsidR="00540884" w:rsidRPr="003B0BD7" w:rsidRDefault="00000000">
      <w:pPr>
        <w:keepNext/>
        <w:rPr>
          <w:b/>
          <w:bCs/>
        </w:rPr>
      </w:pPr>
      <w:r w:rsidRPr="003B0BD7">
        <w:rPr>
          <w:b/>
          <w:bCs/>
        </w:rPr>
        <w:t xml:space="preserve">1.) </w:t>
      </w:r>
      <w:r w:rsidR="003B0BD7" w:rsidRPr="003B0BD7">
        <w:rPr>
          <w:b/>
          <w:bCs/>
        </w:rPr>
        <w:t>Uraiújfalui ivóvízellátási-és szennyvízkezelési-és tisztítási rendszerek gördülő fejlesztési terveinek jóváhagyása</w:t>
      </w:r>
    </w:p>
    <w:p w14:paraId="08364A9C" w14:textId="4202471A" w:rsidR="00540884" w:rsidRPr="003B0BD7" w:rsidRDefault="00000000">
      <w:pPr>
        <w:spacing w:after="20"/>
        <w:ind w:left="567"/>
        <w:rPr>
          <w:b/>
          <w:bCs/>
        </w:rPr>
      </w:pPr>
      <w:r w:rsidRPr="003B0BD7">
        <w:rPr>
          <w:b/>
          <w:bCs/>
        </w:rPr>
        <w:t xml:space="preserve">Ea.: </w:t>
      </w:r>
      <w:r w:rsidR="003B0BD7" w:rsidRPr="003B0BD7">
        <w:rPr>
          <w:b/>
          <w:bCs/>
        </w:rPr>
        <w:t>Keszeiné Jancsó Marietta polgármester</w:t>
      </w:r>
    </w:p>
    <w:p w14:paraId="25D8EB96" w14:textId="4E6AB770" w:rsidR="00540884" w:rsidRPr="003B0BD7" w:rsidRDefault="00000000" w:rsidP="003B0BD7">
      <w:pPr>
        <w:keepNext/>
        <w:spacing w:before="120"/>
        <w:rPr>
          <w:b/>
          <w:bCs/>
        </w:rPr>
      </w:pPr>
      <w:r w:rsidRPr="003B0BD7">
        <w:rPr>
          <w:b/>
          <w:bCs/>
        </w:rPr>
        <w:t xml:space="preserve">2.) </w:t>
      </w:r>
      <w:r w:rsidR="003B0BD7" w:rsidRPr="003B0BD7">
        <w:rPr>
          <w:b/>
          <w:bCs/>
        </w:rPr>
        <w:t>Aktuális feladatok</w:t>
      </w:r>
    </w:p>
    <w:p w14:paraId="6A567E4F" w14:textId="5D6D211D" w:rsidR="00540884" w:rsidRDefault="003B0BD7" w:rsidP="003B0BD7">
      <w:pPr>
        <w:spacing w:before="360" w:after="160"/>
      </w:pPr>
      <w:r>
        <w:t>Uraiújfalu</w:t>
      </w:r>
      <w:r w:rsidR="00000000">
        <w:t xml:space="preserve">, </w:t>
      </w:r>
      <w:r>
        <w:t>2026. szeptember 1</w:t>
      </w:r>
    </w:p>
    <w:p w14:paraId="133884A1" w14:textId="55116427" w:rsidR="00540884" w:rsidRDefault="003B0BD7">
      <w:pPr>
        <w:spacing w:after="0"/>
        <w:jc w:val="right"/>
      </w:pPr>
      <w:r>
        <w:t>Keszeiné Jancsó Marietta</w:t>
      </w:r>
    </w:p>
    <w:p w14:paraId="7A44C57D" w14:textId="77777777" w:rsidR="00540884" w:rsidRDefault="00000000">
      <w:pPr>
        <w:spacing w:after="0"/>
        <w:jc w:val="right"/>
      </w:pPr>
      <w:r>
        <w:t>polgármester</w:t>
      </w:r>
    </w:p>
    <w:sectPr w:rsidR="00540884" w:rsidSect="00034616">
      <w:pgSz w:w="11906" w:h="16838"/>
      <w:pgMar w:top="1134" w:right="1417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Szmozottlist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Szmozottlist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Felsorol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Felsorol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Szmozottlist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458187147">
    <w:abstractNumId w:val="8"/>
  </w:num>
  <w:num w:numId="2" w16cid:durableId="1831752871">
    <w:abstractNumId w:val="6"/>
  </w:num>
  <w:num w:numId="3" w16cid:durableId="1132409016">
    <w:abstractNumId w:val="5"/>
  </w:num>
  <w:num w:numId="4" w16cid:durableId="1774783201">
    <w:abstractNumId w:val="4"/>
  </w:num>
  <w:num w:numId="5" w16cid:durableId="1423646434">
    <w:abstractNumId w:val="7"/>
  </w:num>
  <w:num w:numId="6" w16cid:durableId="495191292">
    <w:abstractNumId w:val="3"/>
  </w:num>
  <w:num w:numId="7" w16cid:durableId="1071611692">
    <w:abstractNumId w:val="2"/>
  </w:num>
  <w:num w:numId="8" w16cid:durableId="736979548">
    <w:abstractNumId w:val="1"/>
  </w:num>
  <w:num w:numId="9" w16cid:durableId="8850648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0BD7"/>
    <w:rsid w:val="00034616"/>
    <w:rsid w:val="0006063C"/>
    <w:rsid w:val="0015074B"/>
    <w:rsid w:val="0029639D"/>
    <w:rsid w:val="00326F90"/>
    <w:rsid w:val="003B0BD7"/>
    <w:rsid w:val="00540884"/>
    <w:rsid w:val="00AA1D8D"/>
    <w:rsid w:val="00B47730"/>
    <w:rsid w:val="00B720EF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F4D3182"/>
  <w14:defaultImageDpi w14:val="300"/>
  <w15:docId w15:val="{C15C6557-2A26-4021-B7E1-B183D9352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FC693F"/>
    <w:pPr>
      <w:spacing w:after="120" w:line="259" w:lineRule="auto"/>
    </w:pPr>
    <w:rPr>
      <w:rFonts w:ascii="Times New Roman" w:eastAsia="Times New Roman" w:hAnsi="Times New Roman"/>
      <w:color w:val="000000"/>
      <w:sz w:val="24"/>
      <w:lang w:val="hu-HU"/>
    </w:rPr>
  </w:style>
  <w:style w:type="paragraph" w:styleId="Cmsor1">
    <w:name w:val="heading 1"/>
    <w:basedOn w:val="Norml"/>
    <w:next w:val="Norml"/>
    <w:link w:val="Cmsor1Char"/>
    <w:uiPriority w:val="9"/>
    <w:qFormat/>
    <w:rsid w:val="00FC693F"/>
    <w:pPr>
      <w:keepNext/>
      <w:keepLines/>
      <w:spacing w:after="160"/>
      <w:outlineLvl w:val="0"/>
    </w:pPr>
    <w:rPr>
      <w:rFonts w:asciiTheme="majorHAnsi" w:eastAsiaTheme="majorEastAsia" w:hAnsiTheme="majorHAnsi" w:cstheme="majorBidi"/>
      <w:b/>
      <w:bCs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FC693F"/>
    <w:pPr>
      <w:keepNext/>
      <w:keepLines/>
      <w:spacing w:before="240"/>
      <w:outlineLvl w:val="1"/>
    </w:pPr>
    <w:rPr>
      <w:rFonts w:asciiTheme="majorHAnsi" w:eastAsiaTheme="majorEastAsia" w:hAnsiTheme="majorHAnsi" w:cstheme="majorBidi"/>
      <w:b/>
      <w:bCs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FC693F"/>
    <w:pPr>
      <w:keepNext/>
      <w:keepLines/>
      <w:spacing w:before="200" w:after="100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618BF"/>
  </w:style>
  <w:style w:type="paragraph" w:styleId="llb">
    <w:name w:val="footer"/>
    <w:basedOn w:val="Norml"/>
    <w:link w:val="llb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618BF"/>
  </w:style>
  <w:style w:type="paragraph" w:styleId="Nincstrkz">
    <w:name w:val="No Spacing"/>
    <w:uiPriority w:val="1"/>
    <w:qFormat/>
    <w:rsid w:val="00FC693F"/>
    <w:pPr>
      <w:spacing w:after="0" w:line="240" w:lineRule="auto"/>
    </w:pPr>
  </w:style>
  <w:style w:type="character" w:customStyle="1" w:styleId="Cmsor1Char">
    <w:name w:val="Címsor 1 Char"/>
    <w:basedOn w:val="Bekezdsalapbettpusa"/>
    <w:link w:val="Cmsor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">
    <w:name w:val="Title"/>
    <w:basedOn w:val="Norml"/>
    <w:next w:val="Norml"/>
    <w:link w:val="Cm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b/>
      <w:spacing w:val="5"/>
      <w:kern w:val="28"/>
      <w:szCs w:val="52"/>
    </w:rPr>
  </w:style>
  <w:style w:type="character" w:customStyle="1" w:styleId="CmChar">
    <w:name w:val="Cím Char"/>
    <w:basedOn w:val="Bekezdsalapbettpusa"/>
    <w:link w:val="Cm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aszerbekezds">
    <w:name w:val="List Paragraph"/>
    <w:basedOn w:val="Norml"/>
    <w:uiPriority w:val="34"/>
    <w:qFormat/>
    <w:rsid w:val="00FC693F"/>
    <w:pPr>
      <w:ind w:left="720"/>
      <w:contextualSpacing/>
    </w:pPr>
  </w:style>
  <w:style w:type="paragraph" w:styleId="Szvegtrzs">
    <w:name w:val="Body Text"/>
    <w:basedOn w:val="Norml"/>
    <w:link w:val="SzvegtrzsChar"/>
    <w:uiPriority w:val="99"/>
    <w:unhideWhenUsed/>
    <w:rsid w:val="00AA1D8D"/>
  </w:style>
  <w:style w:type="character" w:customStyle="1" w:styleId="SzvegtrzsChar">
    <w:name w:val="Szövegtörzs Char"/>
    <w:basedOn w:val="Bekezdsalapbettpusa"/>
    <w:link w:val="Szvegtrzs"/>
    <w:uiPriority w:val="99"/>
    <w:rsid w:val="00AA1D8D"/>
  </w:style>
  <w:style w:type="paragraph" w:styleId="Szvegtrzs2">
    <w:name w:val="Body Text 2"/>
    <w:basedOn w:val="Norml"/>
    <w:link w:val="Szvegtrzs2Char"/>
    <w:uiPriority w:val="99"/>
    <w:unhideWhenUsed/>
    <w:rsid w:val="00AA1D8D"/>
    <w:pPr>
      <w:spacing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rsid w:val="00AA1D8D"/>
  </w:style>
  <w:style w:type="paragraph" w:styleId="Szvegtrzs3">
    <w:name w:val="Body Text 3"/>
    <w:basedOn w:val="Norml"/>
    <w:link w:val="Szvegtrzs3Char"/>
    <w:uiPriority w:val="99"/>
    <w:unhideWhenUsed/>
    <w:rsid w:val="00AA1D8D"/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rsid w:val="00AA1D8D"/>
    <w:rPr>
      <w:sz w:val="16"/>
      <w:szCs w:val="16"/>
    </w:rPr>
  </w:style>
  <w:style w:type="paragraph" w:styleId="Lista">
    <w:name w:val="List"/>
    <w:basedOn w:val="Norm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l"/>
    <w:uiPriority w:val="99"/>
    <w:unhideWhenUsed/>
    <w:rsid w:val="00326F90"/>
    <w:pPr>
      <w:ind w:left="1080" w:hanging="360"/>
      <w:contextualSpacing/>
    </w:pPr>
  </w:style>
  <w:style w:type="paragraph" w:styleId="Felsorols">
    <w:name w:val="List Bullet"/>
    <w:basedOn w:val="Norml"/>
    <w:uiPriority w:val="99"/>
    <w:unhideWhenUsed/>
    <w:rsid w:val="00326F90"/>
    <w:pPr>
      <w:numPr>
        <w:numId w:val="1"/>
      </w:numPr>
      <w:spacing w:after="40"/>
      <w:contextualSpacing/>
    </w:pPr>
  </w:style>
  <w:style w:type="paragraph" w:styleId="Felsorols2">
    <w:name w:val="List Bullet 2"/>
    <w:basedOn w:val="Norml"/>
    <w:uiPriority w:val="99"/>
    <w:unhideWhenUsed/>
    <w:rsid w:val="00326F90"/>
    <w:pPr>
      <w:numPr>
        <w:numId w:val="2"/>
      </w:numPr>
      <w:contextualSpacing/>
    </w:pPr>
  </w:style>
  <w:style w:type="paragraph" w:styleId="Felsorols3">
    <w:name w:val="List Bullet 3"/>
    <w:basedOn w:val="Norml"/>
    <w:uiPriority w:val="99"/>
    <w:unhideWhenUsed/>
    <w:rsid w:val="00326F90"/>
    <w:pPr>
      <w:numPr>
        <w:numId w:val="3"/>
      </w:numPr>
      <w:contextualSpacing/>
    </w:pPr>
  </w:style>
  <w:style w:type="paragraph" w:styleId="Szmozottlista">
    <w:name w:val="List Number"/>
    <w:basedOn w:val="Norml"/>
    <w:uiPriority w:val="99"/>
    <w:unhideWhenUsed/>
    <w:rsid w:val="00326F90"/>
    <w:pPr>
      <w:numPr>
        <w:numId w:val="5"/>
      </w:numPr>
      <w:spacing w:after="40"/>
      <w:contextualSpacing/>
    </w:pPr>
  </w:style>
  <w:style w:type="paragraph" w:styleId="Szmozottlista2">
    <w:name w:val="List Number 2"/>
    <w:basedOn w:val="Norml"/>
    <w:uiPriority w:val="99"/>
    <w:unhideWhenUsed/>
    <w:rsid w:val="0029639D"/>
    <w:pPr>
      <w:numPr>
        <w:numId w:val="6"/>
      </w:numPr>
      <w:contextualSpacing/>
    </w:pPr>
  </w:style>
  <w:style w:type="paragraph" w:styleId="Szmozottlista3">
    <w:name w:val="List Number 3"/>
    <w:basedOn w:val="Norml"/>
    <w:uiPriority w:val="99"/>
    <w:unhideWhenUsed/>
    <w:rsid w:val="0029639D"/>
    <w:pPr>
      <w:numPr>
        <w:numId w:val="7"/>
      </w:numPr>
      <w:contextualSpacing/>
    </w:pPr>
  </w:style>
  <w:style w:type="paragraph" w:styleId="Listafolytatsa">
    <w:name w:val="List Continue"/>
    <w:basedOn w:val="Norml"/>
    <w:uiPriority w:val="99"/>
    <w:unhideWhenUsed/>
    <w:rsid w:val="0029639D"/>
    <w:pPr>
      <w:ind w:left="360"/>
      <w:contextualSpacing/>
    </w:pPr>
  </w:style>
  <w:style w:type="paragraph" w:styleId="Listafolytatsa2">
    <w:name w:val="List Continue 2"/>
    <w:basedOn w:val="Norml"/>
    <w:uiPriority w:val="99"/>
    <w:unhideWhenUsed/>
    <w:rsid w:val="0029639D"/>
    <w:pPr>
      <w:ind w:left="720"/>
      <w:contextualSpacing/>
    </w:pPr>
  </w:style>
  <w:style w:type="paragraph" w:styleId="Listafolytatsa3">
    <w:name w:val="List Continue 3"/>
    <w:basedOn w:val="Norml"/>
    <w:uiPriority w:val="99"/>
    <w:unhideWhenUsed/>
    <w:rsid w:val="0029639D"/>
    <w:pPr>
      <w:ind w:left="1080"/>
      <w:contextualSpacing/>
    </w:pPr>
  </w:style>
  <w:style w:type="paragraph" w:styleId="Makrszvege">
    <w:name w:val="macro"/>
    <w:link w:val="Makrszvege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szvegeChar">
    <w:name w:val="Makró szövege Char"/>
    <w:basedOn w:val="Bekezdsalapbettpusa"/>
    <w:link w:val="Makrszvege"/>
    <w:uiPriority w:val="99"/>
    <w:rsid w:val="0029639D"/>
    <w:rPr>
      <w:rFonts w:ascii="Courier" w:hAnsi="Courier"/>
      <w:sz w:val="20"/>
      <w:szCs w:val="20"/>
    </w:rPr>
  </w:style>
  <w:style w:type="paragraph" w:styleId="Idzet">
    <w:name w:val="Quote"/>
    <w:basedOn w:val="Norml"/>
    <w:next w:val="Norml"/>
    <w:link w:val="IdzetChar"/>
    <w:uiPriority w:val="29"/>
    <w:qFormat/>
    <w:rsid w:val="00FC693F"/>
    <w:rPr>
      <w:i/>
      <w:iCs/>
      <w:color w:val="000000" w:themeColor="text1"/>
    </w:rPr>
  </w:style>
  <w:style w:type="character" w:customStyle="1" w:styleId="IdzetChar">
    <w:name w:val="Idézet Char"/>
    <w:basedOn w:val="Bekezdsalapbettpusa"/>
    <w:link w:val="Idzet"/>
    <w:uiPriority w:val="29"/>
    <w:rsid w:val="00FC693F"/>
    <w:rPr>
      <w:i/>
      <w:iCs/>
      <w:color w:val="000000" w:themeColor="text1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Kiemels2">
    <w:name w:val="Strong"/>
    <w:basedOn w:val="Bekezdsalapbettpusa"/>
    <w:uiPriority w:val="22"/>
    <w:qFormat/>
    <w:rsid w:val="00FC693F"/>
    <w:rPr>
      <w:b/>
      <w:bCs/>
    </w:rPr>
  </w:style>
  <w:style w:type="character" w:styleId="Kiemels">
    <w:name w:val="Emphasis"/>
    <w:basedOn w:val="Bekezdsalapbettpusa"/>
    <w:uiPriority w:val="20"/>
    <w:qFormat/>
    <w:rsid w:val="00FC693F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FC693F"/>
    <w:rPr>
      <w:b/>
      <w:bCs/>
      <w:i/>
      <w:iCs/>
      <w:color w:val="4F81BD" w:themeColor="accent1"/>
    </w:rPr>
  </w:style>
  <w:style w:type="character" w:styleId="Finomkiemels">
    <w:name w:val="Subtle Emphasis"/>
    <w:basedOn w:val="Bekezdsalapbettpusa"/>
    <w:uiPriority w:val="19"/>
    <w:qFormat/>
    <w:rsid w:val="00FC693F"/>
    <w:rPr>
      <w:i/>
      <w:iCs/>
      <w:color w:val="808080" w:themeColor="text1" w:themeTint="7F"/>
    </w:rPr>
  </w:style>
  <w:style w:type="character" w:styleId="Erskiemels">
    <w:name w:val="Intense Emphasis"/>
    <w:basedOn w:val="Bekezdsalapbettpusa"/>
    <w:uiPriority w:val="21"/>
    <w:qFormat/>
    <w:rsid w:val="00FC693F"/>
    <w:rPr>
      <w:b/>
      <w:bCs/>
      <w:i/>
      <w:iCs/>
      <w:color w:val="4F81BD" w:themeColor="accent1"/>
    </w:rPr>
  </w:style>
  <w:style w:type="character" w:styleId="Finomhivatkozs">
    <w:name w:val="Subtle Reference"/>
    <w:basedOn w:val="Bekezdsalapbettpusa"/>
    <w:uiPriority w:val="31"/>
    <w:qFormat/>
    <w:rsid w:val="00FC693F"/>
    <w:rPr>
      <w:smallCaps/>
      <w:color w:val="C0504D" w:themeColor="accent2"/>
      <w:u w:val="single"/>
    </w:rPr>
  </w:style>
  <w:style w:type="character" w:styleId="Ershivatkozs">
    <w:name w:val="Intense Reference"/>
    <w:basedOn w:val="Bekezdsalapbettpusa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nyvcme">
    <w:name w:val="Book Title"/>
    <w:basedOn w:val="Bekezdsalapbettpusa"/>
    <w:uiPriority w:val="33"/>
    <w:qFormat/>
    <w:rsid w:val="00FC693F"/>
    <w:rPr>
      <w:b/>
      <w:bCs/>
      <w:smallCaps/>
      <w:spacing w:val="5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FC693F"/>
    <w:pPr>
      <w:outlineLvl w:val="9"/>
    </w:pPr>
  </w:style>
  <w:style w:type="table" w:styleId="Rcsostblzat">
    <w:name w:val="Table Grid"/>
    <w:basedOn w:val="Normltblzat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Vilgostnus">
    <w:name w:val="Light Shading"/>
    <w:basedOn w:val="Normltblzat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Vilgosrnykols1jellszn">
    <w:name w:val="Light Shading Accent 1"/>
    <w:basedOn w:val="Normltblzat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Vilgosrnykols2jellszn">
    <w:name w:val="Light Shading Accent 2"/>
    <w:basedOn w:val="Normltblzat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Vilgosrnykols3jellszn">
    <w:name w:val="Light Shading Accent 3"/>
    <w:basedOn w:val="Normltblzat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Vilgosrnykols4jellszn">
    <w:name w:val="Light Shading Accent 4"/>
    <w:basedOn w:val="Normltblzat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Vilgosrnykols5jellszn">
    <w:name w:val="Light Shading Accent 5"/>
    <w:basedOn w:val="Normltblzat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Vilgosrnykols6jellszn">
    <w:name w:val="Light Shading Accent 6"/>
    <w:basedOn w:val="Normltblzat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Vilgoslista">
    <w:name w:val="Light List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Vilgoslista1jellszn">
    <w:name w:val="Light List Accent 1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Vilgoslista2jellszn">
    <w:name w:val="Light List Accent 2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Vilgoslista3jellszn">
    <w:name w:val="Light List Accent 3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Vilgoslista4jellszn">
    <w:name w:val="Light List Accent 4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Vilgoslista5jellszn">
    <w:name w:val="Light List Accent 5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Vilgoslista6jellszn">
    <w:name w:val="Light List Accent 6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Vilgosrcs">
    <w:name w:val="Light Grid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Vilgosrcs1jellszn">
    <w:name w:val="Light Grid Accent 1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Vilgosrcs2jellszn">
    <w:name w:val="Light Grid Accent 2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Vilgosrcs3jellszn">
    <w:name w:val="Light Grid Accent 3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Vilgosrcs4jellszn">
    <w:name w:val="Light Grid Accent 4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Vilgosrcs5jellszn">
    <w:name w:val="Light Grid Accent 5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Vilgosrcs6jellszn">
    <w:name w:val="Light Grid Accent 6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Kzepesrnykols1">
    <w:name w:val="Medium Shading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1jellszn">
    <w:name w:val="Medium Shading 1 Accent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2jellszn">
    <w:name w:val="Medium Shading 1 Accent 2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3jellszn">
    <w:name w:val="Medium Shading 1 Accent 3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4jellszn">
    <w:name w:val="Medium Shading 1 Accent 4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5jellszn">
    <w:name w:val="Medium Shading 1 Accent 5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6jellszn">
    <w:name w:val="Medium Shading 1 Accent 6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2">
    <w:name w:val="Medium Shading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1jellszn">
    <w:name w:val="Medium Shading 2 Accent 1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2jellszn">
    <w:name w:val="Medium Shading 2 Accent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3jellszn">
    <w:name w:val="Medium Shading 2 Accent 3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4jellszn">
    <w:name w:val="Medium Shading 2 Accent 4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5jellszn">
    <w:name w:val="Medium Shading 2 Accent 5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6jellszn">
    <w:name w:val="Medium Shading 2 Accent 6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lista1">
    <w:name w:val="Medium Lis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Kzepeslista11jellszn">
    <w:name w:val="Medium List 1 Accen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Kzepeslista12jellszn">
    <w:name w:val="Medium List 1 Accent 2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Kzepeslista13jellszn">
    <w:name w:val="Medium List 1 Accent 3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Kzepeslista14jellszn">
    <w:name w:val="Medium List 1 Accent 4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Kzepeslista15jellszn">
    <w:name w:val="Medium List 1 Accent 5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Kzepeslista16jellszn">
    <w:name w:val="Medium List 1 Accent 6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Kzepeslista2">
    <w:name w:val="Medium Lis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1jellszn">
    <w:name w:val="Medium List 2 Accent 1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2jellszn">
    <w:name w:val="Medium List 2 Accen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3jellszn">
    <w:name w:val="Medium List 2 Accent 3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4jellszn">
    <w:name w:val="Medium List 2 Accent 4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5jellszn">
    <w:name w:val="Medium List 2 Accent 5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6jellszn">
    <w:name w:val="Medium List 2 Accent 6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rcs1">
    <w:name w:val="Medium Grid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zepesrcs11jellszn">
    <w:name w:val="Medium Grid 1 Accent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zepesrcs12jellszn">
    <w:name w:val="Medium Grid 1 Accent 2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zepesrcs13jellszn">
    <w:name w:val="Medium Grid 1 Accent 3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zepesrcs14jellszn">
    <w:name w:val="Medium Grid 1 Accent 4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zepesrcs15jellszn">
    <w:name w:val="Medium Grid 1 Accent 5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zepesrcs16jellszn">
    <w:name w:val="Medium Grid 1 Accent 6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Kzepesrcs2">
    <w:name w:val="Medium Grid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1jellszn">
    <w:name w:val="Medium Grid 2 Accent 1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2jellszn">
    <w:name w:val="Medium Grid 2 Accent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3jellszn">
    <w:name w:val="Medium Grid 2 Accent 3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4jellszn">
    <w:name w:val="Medium Grid 2 Accent 4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5jellszn">
    <w:name w:val="Medium Grid 2 Accent 5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6jellszn">
    <w:name w:val="Medium Grid 2 Accent 6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3">
    <w:name w:val="Medium Grid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Kzepesrcs31jellszn">
    <w:name w:val="Medium Grid 3 Accent 1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Kzepesrcs32jellszn">
    <w:name w:val="Medium Grid 3 Accent 2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Kzepesrcs33jellszn">
    <w:name w:val="Medium Grid 3 Accent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Kzepesrcs34jellszn">
    <w:name w:val="Medium Grid 3 Accent 4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Kzepesrcs35jellszn">
    <w:name w:val="Medium Grid 3 Accent 5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Kzepesrcs36jellszn">
    <w:name w:val="Medium Grid 3 Accent 6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Sttlista">
    <w:name w:val="Dark List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Sttlista1jellszn">
    <w:name w:val="Dark List Accent 1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Sttlista2jellszn">
    <w:name w:val="Dark List Accent 2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Sttlista3jellszn">
    <w:name w:val="Dark List Accent 3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Sttlista4jellszn">
    <w:name w:val="Dark List Accent 4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Sttlista5jellszn">
    <w:name w:val="Dark List Accent 5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Sttlista6jellszn">
    <w:name w:val="Dark List Accent 6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znesrnykols">
    <w:name w:val="Colorful Shading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1jellszn">
    <w:name w:val="Colorful Shading Accent 1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2jellszn">
    <w:name w:val="Colorful Shading Accent 2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3jellszn">
    <w:name w:val="Colorful Shading Accent 3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nykols4jellszn">
    <w:name w:val="Colorful Shading Accent 4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5jellszn">
    <w:name w:val="Colorful Shading Accent 5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6jellszn">
    <w:name w:val="Colorful Shading Accent 6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lista">
    <w:name w:val="Colorful List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Szneslista1jellszn">
    <w:name w:val="Colorful List Accent 1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Szneslista2jellszn">
    <w:name w:val="Colorful List Accent 2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Szneslista3jellszn">
    <w:name w:val="Colorful List Accent 3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zneslista4jellszn">
    <w:name w:val="Colorful List Accent 4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Szneslista5jellszn">
    <w:name w:val="Colorful List Accent 5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Szneslista6jellszn">
    <w:name w:val="Colorful List Accent 6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Sznesrcs">
    <w:name w:val="Colorful Grid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znesrcs1jellszn">
    <w:name w:val="Colorful Grid Accent 1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znesrcs2jellszn">
    <w:name w:val="Colorful Grid Accent 2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znesrcs3jellszn">
    <w:name w:val="Colorful Grid Accent 3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cs4jellszn">
    <w:name w:val="Colorful Grid Accent 4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znesrcs5jellszn">
    <w:name w:val="Colorful Grid Accent 5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znesrcs6jellszn">
    <w:name w:val="Colorful Grid Accent 6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Hatrozatszm">
    <w:name w:val="Határozat szám"/>
    <w:pPr>
      <w:keepNext/>
      <w:spacing w:before="120" w:after="120"/>
    </w:pPr>
    <w:rPr>
      <w:rFonts w:ascii="Times New Roman" w:eastAsia="Times New Roman" w:hAnsi="Times New Roman"/>
      <w:b/>
      <w:color w:val="000000"/>
      <w:sz w:val="24"/>
      <w:lang w:val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uszn\AppData\Local\Temp\15d27e3f-254f-4e65-97db-02d5fcb087e3_Testuleti_dokumentumok_javitott_es_sablonok%20(1).zip.7e3\Testuleti_meghivo_sablo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Testuleti_meghivo_sablon</Template>
  <TotalTime>7</TotalTime>
  <Pages>1</Pages>
  <Words>77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608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Vámoscsalád – testületi meghívó</dc:title>
  <dc:subject/>
  <dc:creator>huszn</dc:creator>
  <cp:keywords/>
  <dc:description>generated by python-docx</dc:description>
  <cp:lastModifiedBy>huszn</cp:lastModifiedBy>
  <cp:revision>1</cp:revision>
  <dcterms:created xsi:type="dcterms:W3CDTF">2026-10-07T05:38:00Z</dcterms:created>
  <dcterms:modified xsi:type="dcterms:W3CDTF">2026-10-07T05:45:00Z</dcterms:modified>
  <cp:category/>
  <dc:language>hu-HU</dc:language>
</cp:coreProperties>
</file>